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בתחנות ותהליך למידה עם עזרת 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בתחנות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ה-AI כעוזר ולא ככותב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תיעוד ורפלקציה על תהליך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ולתת רעיונות, אבל לא לכתוב במקום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'את זה את/ה כותב/ת, ואני אעזור לך לחשוב'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התהליך - תכנון, תיעוד, תיקון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 כוכבים ומשאלה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בהמלצה לפי שכבות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בד-ו משתמשים בצורה מודרכת ומתועדת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לתלמידים צעירים מתאים תיעוד פשוט וויזואלי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ההצגה קצרה ואחריה שאלה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מבצעת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(שלב אחד במשימה עם תיעוד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מה היה קשה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שמסביר איך בודקים את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(רמה שמגדירה כמה מותר להשתמש בעזרה)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(משוב - שני דברים טובים ודבר אחד לשיפור)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מבצעת את המשימה בעצמה ומכינה תוצר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מציגים לתלמידים את המשימה, התוצר לדוגמה והמחוון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התלמידים עובדים בתחנות ומתעדים בכל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ניתן משוב באמצע בשיטת שני כוכבים ומשאלה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התלמידים מציגים את העבודה ועורכים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המורה מעריכה את העבודה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שמתארת קושי אמיתי ודרך להתגבר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תוצר הוא התוצאה הסופית, תהליך הוא כל השלבים והדרך שהובילו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קצר עם 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את כל התהליך ולא רק את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אסור לו לכתוב את העבודה במקום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להעביר את הדף בפועל בתחנות, עם מדבקה או חתימה בכל שלב שהושלם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א-ג כדאי לקרוא את השאלות בקול ולהשתמש במשפטי השלמה במקום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בשיתוף רפלקציה קצרה בעל פה, בדגש על רגש ולא רק על תוצאה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בתחנות ותהליך למידה עם עזרת 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בנויה משימה שמוערכת לפי התהליך ולא רק לפי התוצר הסופי, ומה תפקידו של מחשב עוזר בדרך.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התפקיד של ה-AI לפי העיקרון 'ה-AI הוא עוזר של המורה'?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לעשות את כל העבודה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ולתת רעיונות, אבל לא לכתוב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את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במקום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עצירה מומלץ שיהיו במשימה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עונה 'חבר הלמידה' לתלמיד שמבקש ממנו 'תכתוב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'בסדר, הנה התשובה'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'את זה את/ה כותב/ת, ואני אעזור לך לחשוב'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'שאל את המורה'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'אין לי זמן עכשיו'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שצריך להוות לפחות חצי מהציון?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התוצר הסופי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התהליך - תכנון, תיעוד, תיקון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שיטה נותנים משוב באמצע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כוכבים ומשאלה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א-ג הרמה המומלצת לשימוש ב-AI היא 1-2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בכיתות ד-ו משתמשים ב-AI בלי שום תיעוד או הדרכה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תיעוד בכיתות הנמוכות יכול להיות ציור או מדבקה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ההצגה בסוף המשימה ארוכה וללא שאלות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שמעבירים את המשימה, המורה __________ אותה בעצמה לפי ההוראות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תחנה מקבל התלמיד __________ או חתימה כסימן לתיעוד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כל שיחה עם הבוט, התלמיד מתבקש לרשום ב__________ התהליך מה 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'היה לי קשה כש...' משמש ל__________ בשפת רגש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מחשבה על מה היה קשה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שמסביר איך בודקים את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שלב אחד במשימה עם תיעוד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משוב - שני דברים טובים ודבר אחד לשיפור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שני כוכבים ומשאלה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רמה שמגדירה כמה מותר להשתמש בעזרה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מציגים את העבודה ועורכים 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ניתן משוב באמצע בשיטת שני כוכבים ומשאלה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מעריכה את העבודה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עובדים בתחנות ומתעדים בכל שלב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מבצעת את המשימה בעצמה ומכינה תוצר לדוגמה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לתלמידים את המשימה, התוצר לדוגמה והמחוון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השלימו: 'היה לי קשה כש... והצלחתי כי...' - כתבו על משימה שעבדתם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תוצר לתהליך? הסבירו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תחנה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טיוטות ולתעד אותן?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לבוט העוזר לעשות במקום התלמיד?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עבודה בתחנות ותהליך למידה עם עזרת מחשב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