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בתחנות ותהליך למידה עם עזרת 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בתחנות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ה-AI כעוזר ולא ככותב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ורפלקציה על תהליך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לעזור ולתת רעיונות, אבל לא לכתוב במקום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בהמלצה לפי שכבות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לתלמידים צעירים מתאים תיעוד פשוט וויזואלי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מבצעת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(שלב אחד במשימה עם תיעוד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(מחשבה על מה היה קשה ומה למדתי)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 שמסביר איך בודקים את העבודה)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מבצעת את המשימה בעצמה ומכינה תוצר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מציגים לתלמידים את המשימה, התוצר לדוגמה והמחוון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התלמידים עובדים בתחנות ומתעדים בכל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ניתן משוב באמצע בשיטת שני כוכבים ומשאלה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קושי אמיתי ודרך להתגבר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קצר עם תיעוד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את כל התהליך ולא רק את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אסור לו לכתוב את העבודה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להעביר את הדף בפועל בתחנות, עם מדבקה או חתימה בכל שלב שהושלם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א-ג כדאי לקרוא את השאלות בקול ולהשתמש במשפטי השלמה במקום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בשיתוף רפלקציה קצרה בעל פה, בדגש על רגש ולא רק על תוצאה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בתחנות ותהליך למידה עם עזרת 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איך בנויה משימה שמוערכת לפי התהליך ולא רק לפי התוצר הסופי, ומה תפקידו של מחשב עוזר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מבצעת  ·  מדבקה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התפקיד של ה-AI לפי העיקרון 'ה-AI הוא עוזר של המורה'?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לעשות את כל העבודה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לעזור ולתת רעיונות, אבל לא לכתוב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לקבוע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תחנות עצירה מומלץ שיהיו במשימה 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בכיתות א-ג הרמה המומלצת לשימוש ב-AI היא 1-2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תיעוד בכיתות הנמוכות יכול להיות ציור או מדבקה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שמעבירים את המשימה, המורה __________ אותה בעצמה לפי ההוראות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בכל תחנה מקבל התלמיד __________ או חתימה כסימן לתיעוד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שמסביר איך בודקים את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שלב אחד במשימה עם תיעוד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מחשבה על מה היה קשה ומה למדתי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התלמידים עובדים בתחנות ומתעדים בכל שלב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ניתן משוב באמצע בשיטת שני כוכבים ומשאלה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מבצעת את המשימה בעצמה ומכינה תוצר לדוגמה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מציגים לתלמידים את המשימה, התוצר לדוגמה והמחוון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השלימו: 'היה לי קשה כש... והצלחתי כי...' - כתבו על משימה שעבדתם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תחנה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לשמור טיוטות ולתעד אותן?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עבודה בתחנות ותהליך למידה עם עזרת מחשב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